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67059" w14:textId="77777777" w:rsidR="0009741F" w:rsidRDefault="00423879">
      <w:pPr>
        <w:pStyle w:val="Title"/>
        <w:jc w:val="center"/>
      </w:pPr>
      <w:r>
        <w:t>St Clair Women’s League Funding Request</w:t>
      </w:r>
    </w:p>
    <w:p w14:paraId="1510F89A" w14:textId="3C20B1BE" w:rsidR="0009741F" w:rsidRDefault="00423879">
      <w:pPr>
        <w:jc w:val="center"/>
      </w:pPr>
      <w:r>
        <w:t>Please provide complete information so the League can understand your organization, the proposed use of funds, and the anticipated benefit to the community.</w:t>
      </w:r>
      <w:r w:rsidR="00042FED" w:rsidRPr="00042FED">
        <w:t xml:space="preserve"> </w:t>
      </w:r>
      <w:r w:rsidR="00042FED" w:rsidRPr="00042FED">
        <w:t>Requests must be submitted by October for consideration for the upcoming fiscal year beginning in January.</w:t>
      </w:r>
    </w:p>
    <w:p w14:paraId="471DDF7F" w14:textId="17FB1435" w:rsidR="0009741F" w:rsidRDefault="00423879">
      <w:pPr>
        <w:pStyle w:val="Heading1"/>
        <w:spacing w:before="80" w:after="100"/>
      </w:pPr>
      <w:r>
        <w:t>1</w:t>
      </w:r>
      <w:r w:rsidR="00C03B61">
        <w:t>. Contact</w:t>
      </w:r>
      <w:r>
        <w:t xml:space="preserve"> Information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09741F" w14:paraId="499F48E9" w14:textId="77777777">
        <w:trPr>
          <w:jc w:val="center"/>
        </w:trPr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6013E3C6" w14:textId="77777777" w:rsidR="0009741F" w:rsidRDefault="00423879">
            <w:pPr>
              <w:spacing w:after="60"/>
            </w:pPr>
            <w:r>
              <w:rPr>
                <w:b/>
              </w:rPr>
              <w:t>Your name</w:t>
            </w:r>
            <w:r>
              <w:rPr>
                <w:b/>
              </w:rPr>
              <w:br/>
            </w:r>
          </w:p>
        </w:tc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76161E8F" w14:textId="77777777" w:rsidR="0009741F" w:rsidRDefault="00423879">
            <w:pPr>
              <w:spacing w:after="60"/>
            </w:pPr>
            <w:r>
              <w:rPr>
                <w:b/>
              </w:rPr>
              <w:t>Your role or title</w:t>
            </w:r>
            <w:r>
              <w:rPr>
                <w:b/>
              </w:rPr>
              <w:br/>
            </w:r>
          </w:p>
        </w:tc>
      </w:tr>
      <w:tr w:rsidR="0009741F" w14:paraId="6FBCC3D6" w14:textId="77777777">
        <w:trPr>
          <w:jc w:val="center"/>
        </w:trPr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7EBD014F" w14:textId="77777777" w:rsidR="0009741F" w:rsidRDefault="00423879">
            <w:pPr>
              <w:spacing w:after="60"/>
            </w:pPr>
            <w:r>
              <w:rPr>
                <w:b/>
              </w:rPr>
              <w:t>Organization name</w:t>
            </w:r>
            <w:r>
              <w:rPr>
                <w:b/>
              </w:rPr>
              <w:br/>
            </w:r>
          </w:p>
        </w:tc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3E83EC4" w14:textId="77777777" w:rsidR="0009741F" w:rsidRDefault="00423879">
            <w:pPr>
              <w:spacing w:after="60"/>
            </w:pPr>
            <w:r>
              <w:rPr>
                <w:b/>
              </w:rPr>
              <w:t>Supporting SCWL member</w:t>
            </w:r>
            <w:r>
              <w:rPr>
                <w:b/>
              </w:rPr>
              <w:br/>
            </w:r>
          </w:p>
        </w:tc>
      </w:tr>
      <w:tr w:rsidR="0009741F" w14:paraId="47485B89" w14:textId="77777777">
        <w:trPr>
          <w:jc w:val="center"/>
        </w:trPr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7B1D264" w14:textId="77777777" w:rsidR="0009741F" w:rsidRDefault="00423879">
            <w:pPr>
              <w:spacing w:after="60"/>
            </w:pPr>
            <w:r>
              <w:rPr>
                <w:b/>
              </w:rPr>
              <w:t>Organization address</w:t>
            </w:r>
            <w:r>
              <w:rPr>
                <w:b/>
              </w:rPr>
              <w:br/>
            </w:r>
          </w:p>
        </w:tc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BE124AA" w14:textId="77777777" w:rsidR="0009741F" w:rsidRDefault="00423879">
            <w:pPr>
              <w:spacing w:after="60"/>
            </w:pPr>
            <w:r>
              <w:rPr>
                <w:b/>
              </w:rPr>
              <w:t>Website and social media links</w:t>
            </w:r>
            <w:r>
              <w:rPr>
                <w:b/>
              </w:rPr>
              <w:br/>
            </w:r>
          </w:p>
        </w:tc>
      </w:tr>
      <w:tr w:rsidR="0009741F" w14:paraId="47A358F1" w14:textId="77777777">
        <w:trPr>
          <w:jc w:val="center"/>
        </w:trPr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DEC5F13" w14:textId="77777777" w:rsidR="0009741F" w:rsidRDefault="00423879">
            <w:pPr>
              <w:spacing w:after="60"/>
            </w:pPr>
            <w:r>
              <w:rPr>
                <w:b/>
              </w:rPr>
              <w:t>Email address</w:t>
            </w:r>
            <w:r>
              <w:rPr>
                <w:b/>
              </w:rPr>
              <w:br/>
            </w:r>
          </w:p>
        </w:tc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008409B" w14:textId="77777777" w:rsidR="0009741F" w:rsidRDefault="00423879">
            <w:pPr>
              <w:spacing w:after="60"/>
            </w:pPr>
            <w:r>
              <w:rPr>
                <w:b/>
              </w:rPr>
              <w:t>Phone number</w:t>
            </w:r>
            <w:r>
              <w:rPr>
                <w:b/>
              </w:rPr>
              <w:br/>
            </w:r>
          </w:p>
        </w:tc>
      </w:tr>
      <w:tr w:rsidR="009E3351" w14:paraId="77CA68A8" w14:textId="77777777">
        <w:trPr>
          <w:jc w:val="center"/>
        </w:trPr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66668E6" w14:textId="6E4404DC" w:rsidR="009E3351" w:rsidRDefault="009E3351">
            <w:pPr>
              <w:spacing w:after="60"/>
              <w:rPr>
                <w:b/>
              </w:rPr>
            </w:pPr>
            <w:r>
              <w:rPr>
                <w:b/>
              </w:rPr>
              <w:t>Submission Date</w:t>
            </w:r>
          </w:p>
        </w:tc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61D30742" w14:textId="77777777" w:rsidR="009E3351" w:rsidRDefault="009E3351">
            <w:pPr>
              <w:spacing w:after="60"/>
              <w:rPr>
                <w:b/>
              </w:rPr>
            </w:pPr>
          </w:p>
        </w:tc>
      </w:tr>
    </w:tbl>
    <w:p w14:paraId="6097FF33" w14:textId="5ECAB739" w:rsidR="0009741F" w:rsidRDefault="00423879">
      <w:pPr>
        <w:pStyle w:val="Heading1"/>
        <w:spacing w:before="80" w:after="100"/>
      </w:pPr>
      <w:r>
        <w:t>2</w:t>
      </w:r>
      <w:r w:rsidR="00C03B61">
        <w:t>. Organization</w:t>
      </w:r>
      <w:r>
        <w:t xml:space="preserve"> Information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09741F" w14:paraId="237D2357" w14:textId="77777777">
        <w:trPr>
          <w:cantSplit/>
          <w:jc w:val="center"/>
        </w:trPr>
        <w:tc>
          <w:tcPr>
            <w:tcW w:w="5112" w:type="dxa"/>
            <w:shd w:val="clear" w:color="auto" w:fill="EAF4FC"/>
            <w:tcMar>
              <w:top w:w="75" w:type="dxa"/>
              <w:left w:w="100" w:type="dxa"/>
              <w:bottom w:w="65" w:type="dxa"/>
              <w:right w:w="100" w:type="dxa"/>
            </w:tcMar>
          </w:tcPr>
          <w:p w14:paraId="422625B6" w14:textId="77777777" w:rsidR="0009741F" w:rsidRDefault="00423879">
            <w:pPr>
              <w:spacing w:after="60"/>
            </w:pPr>
            <w:r>
              <w:rPr>
                <w:b/>
              </w:rPr>
              <w:t>Mission statement</w:t>
            </w:r>
          </w:p>
        </w:tc>
        <w:tc>
          <w:tcPr>
            <w:tcW w:w="5112" w:type="dxa"/>
            <w:shd w:val="clear" w:color="auto" w:fill="EAF4FC"/>
            <w:tcMar>
              <w:top w:w="75" w:type="dxa"/>
              <w:left w:w="100" w:type="dxa"/>
              <w:bottom w:w="65" w:type="dxa"/>
              <w:right w:w="100" w:type="dxa"/>
            </w:tcMar>
          </w:tcPr>
          <w:p w14:paraId="4C819D52" w14:textId="77777777" w:rsidR="0009741F" w:rsidRDefault="00423879">
            <w:pPr>
              <w:spacing w:after="60"/>
            </w:pPr>
            <w:r>
              <w:rPr>
                <w:b/>
              </w:rPr>
              <w:t>Community impact</w:t>
            </w:r>
          </w:p>
        </w:tc>
      </w:tr>
      <w:tr w:rsidR="0009741F" w14:paraId="0E39099B" w14:textId="77777777">
        <w:trPr>
          <w:cantSplit/>
          <w:jc w:val="center"/>
        </w:trPr>
        <w:tc>
          <w:tcPr>
            <w:tcW w:w="5112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12C17E33" w14:textId="77777777" w:rsidR="0009741F" w:rsidRDefault="00423879">
            <w:r>
              <w:br/>
            </w:r>
          </w:p>
        </w:tc>
        <w:tc>
          <w:tcPr>
            <w:tcW w:w="5112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241329D8" w14:textId="77777777" w:rsidR="0009741F" w:rsidRDefault="00423879">
            <w:r>
              <w:br/>
            </w:r>
          </w:p>
        </w:tc>
      </w:tr>
    </w:tbl>
    <w:p w14:paraId="3D323362" w14:textId="77777777" w:rsidR="0009741F" w:rsidRDefault="0009741F">
      <w:pPr>
        <w:spacing w:after="20"/>
      </w:pPr>
    </w:p>
    <w:p w14:paraId="49EA19A8" w14:textId="77777777" w:rsidR="0009741F" w:rsidRDefault="00423879">
      <w:pPr>
        <w:spacing w:before="80" w:after="60"/>
      </w:pPr>
      <w:r>
        <w:rPr>
          <w:b/>
        </w:rPr>
        <w:t>History of the organization</w:t>
      </w:r>
      <w:r>
        <w:rPr>
          <w:i/>
          <w:color w:val="505050"/>
          <w:sz w:val="18"/>
        </w:rPr>
        <w:br/>
      </w:r>
      <w:r>
        <w:rPr>
          <w:i/>
          <w:color w:val="505050"/>
          <w:sz w:val="18"/>
        </w:rPr>
        <w:t>Include the year established and how the organization began.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  <w:gridCol w:w="134"/>
      </w:tblGrid>
      <w:tr w:rsidR="0009741F" w14:paraId="21E2C326" w14:textId="77777777">
        <w:trPr>
          <w:cantSplit/>
          <w:jc w:val="center"/>
        </w:trPr>
        <w:tc>
          <w:tcPr>
            <w:tcW w:w="9936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E720D1" w14:textId="77777777" w:rsidR="0009741F" w:rsidRDefault="00423879">
            <w:r>
              <w:br/>
            </w:r>
          </w:p>
        </w:tc>
      </w:tr>
      <w:tr w:rsidR="0009741F" w14:paraId="56104F1C" w14:textId="77777777">
        <w:trPr>
          <w:gridAfter w:val="1"/>
          <w:wAfter w:w="134" w:type="dxa"/>
          <w:cantSplit/>
          <w:jc w:val="center"/>
        </w:trPr>
        <w:tc>
          <w:tcPr>
            <w:tcW w:w="5112" w:type="dxa"/>
            <w:shd w:val="clear" w:color="auto" w:fill="EAF4FC"/>
            <w:tcMar>
              <w:top w:w="75" w:type="dxa"/>
              <w:left w:w="100" w:type="dxa"/>
              <w:bottom w:w="65" w:type="dxa"/>
              <w:right w:w="100" w:type="dxa"/>
            </w:tcMar>
          </w:tcPr>
          <w:p w14:paraId="13655EC0" w14:textId="77777777" w:rsidR="0009741F" w:rsidRDefault="00423879">
            <w:pPr>
              <w:spacing w:after="60"/>
            </w:pPr>
            <w:r>
              <w:rPr>
                <w:b/>
              </w:rPr>
              <w:t>Current programs and activities</w:t>
            </w:r>
          </w:p>
        </w:tc>
        <w:tc>
          <w:tcPr>
            <w:tcW w:w="5112" w:type="dxa"/>
            <w:shd w:val="clear" w:color="auto" w:fill="EAF4FC"/>
            <w:tcMar>
              <w:top w:w="75" w:type="dxa"/>
              <w:left w:w="100" w:type="dxa"/>
              <w:bottom w:w="65" w:type="dxa"/>
              <w:right w:w="100" w:type="dxa"/>
            </w:tcMar>
          </w:tcPr>
          <w:p w14:paraId="32F0AC57" w14:textId="77777777" w:rsidR="0009741F" w:rsidRDefault="00423879">
            <w:pPr>
              <w:spacing w:after="60"/>
            </w:pPr>
            <w:r>
              <w:rPr>
                <w:b/>
              </w:rPr>
              <w:t>Top accomplishments in the last three years</w:t>
            </w:r>
          </w:p>
        </w:tc>
      </w:tr>
      <w:tr w:rsidR="0009741F" w14:paraId="0309DCA1" w14:textId="77777777">
        <w:trPr>
          <w:gridAfter w:val="1"/>
          <w:wAfter w:w="134" w:type="dxa"/>
          <w:cantSplit/>
          <w:jc w:val="center"/>
        </w:trPr>
        <w:tc>
          <w:tcPr>
            <w:tcW w:w="5112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AB7C647" w14:textId="77777777" w:rsidR="0009741F" w:rsidRDefault="00423879">
            <w:r>
              <w:br/>
            </w:r>
          </w:p>
        </w:tc>
        <w:tc>
          <w:tcPr>
            <w:tcW w:w="5112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073E7B39" w14:textId="77777777" w:rsidR="0009741F" w:rsidRDefault="00423879">
            <w:r>
              <w:br/>
            </w:r>
          </w:p>
        </w:tc>
      </w:tr>
    </w:tbl>
    <w:p w14:paraId="2C61B254" w14:textId="77777777" w:rsidR="0009741F" w:rsidRDefault="0009741F">
      <w:pPr>
        <w:spacing w:after="20"/>
      </w:pPr>
    </w:p>
    <w:p w14:paraId="3B030FF1" w14:textId="77777777" w:rsidR="0009741F" w:rsidRDefault="00423879">
      <w:r>
        <w:br w:type="page"/>
      </w:r>
    </w:p>
    <w:p w14:paraId="7F876FB5" w14:textId="311AAFF2" w:rsidR="0009741F" w:rsidRDefault="00423879">
      <w:pPr>
        <w:pStyle w:val="Heading1"/>
        <w:spacing w:before="80" w:after="100"/>
      </w:pPr>
      <w:r>
        <w:lastRenderedPageBreak/>
        <w:t>3</w:t>
      </w:r>
      <w:r w:rsidR="001453A8">
        <w:t>.</w:t>
      </w:r>
      <w:r>
        <w:t xml:space="preserve">  Funding Request</w:t>
      </w:r>
    </w:p>
    <w:p w14:paraId="09D566D2" w14:textId="77777777" w:rsidR="0009741F" w:rsidRDefault="00423879">
      <w:pPr>
        <w:spacing w:after="160"/>
      </w:pPr>
      <w:r>
        <w:t>Describe the project or need for which you are requesting support. Be specific about who will benefit, what will be accomplished, and how the funding will be used.</w:t>
      </w:r>
    </w:p>
    <w:p w14:paraId="5AD647B3" w14:textId="77777777" w:rsidR="0009741F" w:rsidRDefault="00423879">
      <w:pPr>
        <w:spacing w:before="80" w:after="60"/>
      </w:pPr>
      <w:r>
        <w:rPr>
          <w:b/>
        </w:rPr>
        <w:t>Brief description of the request</w:t>
      </w:r>
      <w:r>
        <w:rPr>
          <w:i/>
          <w:color w:val="505050"/>
          <w:sz w:val="18"/>
        </w:rPr>
        <w:br/>
        <w:t>Include the project or program for which funds are being requested.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  <w:gridCol w:w="134"/>
      </w:tblGrid>
      <w:tr w:rsidR="0009741F" w14:paraId="5D128B6D" w14:textId="77777777">
        <w:trPr>
          <w:cantSplit/>
          <w:jc w:val="center"/>
        </w:trPr>
        <w:tc>
          <w:tcPr>
            <w:tcW w:w="9936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898DD1" w14:textId="77777777" w:rsidR="0009741F" w:rsidRDefault="00423879">
            <w:r>
              <w:br/>
            </w:r>
          </w:p>
        </w:tc>
      </w:tr>
      <w:tr w:rsidR="0009741F" w14:paraId="699FFC0E" w14:textId="77777777">
        <w:trPr>
          <w:gridAfter w:val="1"/>
          <w:wAfter w:w="134" w:type="dxa"/>
          <w:cantSplit/>
          <w:jc w:val="center"/>
        </w:trPr>
        <w:tc>
          <w:tcPr>
            <w:tcW w:w="5112" w:type="dxa"/>
            <w:shd w:val="clear" w:color="auto" w:fill="EAF4FC"/>
            <w:tcMar>
              <w:top w:w="70" w:type="dxa"/>
              <w:left w:w="100" w:type="dxa"/>
              <w:bottom w:w="60" w:type="dxa"/>
              <w:right w:w="100" w:type="dxa"/>
            </w:tcMar>
          </w:tcPr>
          <w:p w14:paraId="2B7BC225" w14:textId="77777777" w:rsidR="0009741F" w:rsidRDefault="00423879">
            <w:pPr>
              <w:spacing w:after="60"/>
            </w:pPr>
            <w:r>
              <w:rPr>
                <w:b/>
              </w:rPr>
              <w:t>Individuals or communities impacted or served</w:t>
            </w:r>
          </w:p>
        </w:tc>
        <w:tc>
          <w:tcPr>
            <w:tcW w:w="5112" w:type="dxa"/>
            <w:shd w:val="clear" w:color="auto" w:fill="EAF4FC"/>
            <w:tcMar>
              <w:top w:w="70" w:type="dxa"/>
              <w:left w:w="100" w:type="dxa"/>
              <w:bottom w:w="60" w:type="dxa"/>
              <w:right w:w="100" w:type="dxa"/>
            </w:tcMar>
          </w:tcPr>
          <w:p w14:paraId="45D3CE59" w14:textId="77777777" w:rsidR="0009741F" w:rsidRDefault="00423879">
            <w:pPr>
              <w:spacing w:after="60"/>
            </w:pPr>
            <w:r>
              <w:rPr>
                <w:b/>
              </w:rPr>
              <w:t>Project goals</w:t>
            </w:r>
          </w:p>
        </w:tc>
      </w:tr>
      <w:tr w:rsidR="0009741F" w14:paraId="54256F16" w14:textId="77777777">
        <w:trPr>
          <w:gridAfter w:val="1"/>
          <w:wAfter w:w="134" w:type="dxa"/>
          <w:cantSplit/>
          <w:jc w:val="center"/>
        </w:trPr>
        <w:tc>
          <w:tcPr>
            <w:tcW w:w="511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995891E" w14:textId="77777777" w:rsidR="0009741F" w:rsidRDefault="00423879">
            <w:r>
              <w:br/>
            </w:r>
          </w:p>
        </w:tc>
        <w:tc>
          <w:tcPr>
            <w:tcW w:w="511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8BA0A2F" w14:textId="77777777" w:rsidR="0009741F" w:rsidRDefault="00423879">
            <w:r>
              <w:br/>
            </w:r>
          </w:p>
        </w:tc>
      </w:tr>
    </w:tbl>
    <w:p w14:paraId="3B2379CE" w14:textId="77777777" w:rsidR="0009741F" w:rsidRDefault="00423879">
      <w:pPr>
        <w:spacing w:before="80" w:after="60"/>
      </w:pPr>
      <w:r>
        <w:rPr>
          <w:b/>
        </w:rPr>
        <w:t>Expected outcomes and impact statement</w:t>
      </w:r>
      <w:r>
        <w:rPr>
          <w:i/>
          <w:color w:val="505050"/>
          <w:sz w:val="18"/>
        </w:rPr>
        <w:br/>
        <w:t>Include the estimated number of individuals who will benefit. When possible, connect the requested amount to a concrete unit of work and the resulting human outcome.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936"/>
      </w:tblGrid>
      <w:tr w:rsidR="0009741F" w14:paraId="5E620DB0" w14:textId="77777777">
        <w:trPr>
          <w:cantSplit/>
          <w:jc w:val="center"/>
        </w:trPr>
        <w:tc>
          <w:tcPr>
            <w:tcW w:w="99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04B35E" w14:textId="77777777" w:rsidR="0009741F" w:rsidRDefault="00423879">
            <w:r>
              <w:br/>
            </w:r>
          </w:p>
        </w:tc>
      </w:tr>
    </w:tbl>
    <w:p w14:paraId="72B41265" w14:textId="77777777" w:rsidR="0009741F" w:rsidRDefault="00423879">
      <w:pPr>
        <w:spacing w:before="80" w:after="60"/>
      </w:pPr>
      <w:r>
        <w:rPr>
          <w:b/>
        </w:rPr>
        <w:t>Partners, other organizations, and donors involved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936"/>
      </w:tblGrid>
      <w:tr w:rsidR="0009741F" w14:paraId="0CE6A3FC" w14:textId="77777777">
        <w:trPr>
          <w:cantSplit/>
          <w:jc w:val="center"/>
        </w:trPr>
        <w:tc>
          <w:tcPr>
            <w:tcW w:w="99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329765" w14:textId="77777777" w:rsidR="0009741F" w:rsidRDefault="00423879">
            <w:r>
              <w:br/>
            </w:r>
          </w:p>
        </w:tc>
      </w:tr>
    </w:tbl>
    <w:p w14:paraId="072DA70F" w14:textId="2B63A354" w:rsidR="0009741F" w:rsidRDefault="00423879">
      <w:pPr>
        <w:pStyle w:val="Heading1"/>
        <w:spacing w:before="80" w:after="100"/>
      </w:pPr>
      <w:r>
        <w:t>4</w:t>
      </w:r>
      <w:r w:rsidR="00C03B61">
        <w:t>. Budget</w:t>
      </w:r>
      <w:r>
        <w:t xml:space="preserve"> and Timeline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09741F" w14:paraId="4D77AD1D" w14:textId="77777777">
        <w:trPr>
          <w:jc w:val="center"/>
        </w:trPr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7D6EA560" w14:textId="77777777" w:rsidR="0009741F" w:rsidRDefault="00423879">
            <w:pPr>
              <w:spacing w:after="60"/>
            </w:pPr>
            <w:r>
              <w:rPr>
                <w:b/>
              </w:rPr>
              <w:t>Amount of funding requested</w:t>
            </w:r>
            <w:r>
              <w:rPr>
                <w:b/>
              </w:rPr>
              <w:br/>
            </w:r>
          </w:p>
        </w:tc>
        <w:tc>
          <w:tcPr>
            <w:tcW w:w="5112" w:type="dxa"/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CB61E7" w14:textId="77777777" w:rsidR="0009741F" w:rsidRDefault="00423879">
            <w:pPr>
              <w:spacing w:after="60"/>
            </w:pPr>
            <w:r>
              <w:rPr>
                <w:b/>
              </w:rPr>
              <w:t>Total anticipated project cost</w:t>
            </w:r>
            <w:r>
              <w:rPr>
                <w:b/>
              </w:rPr>
              <w:br/>
            </w:r>
          </w:p>
        </w:tc>
      </w:tr>
      <w:tr w:rsidR="0009741F" w14:paraId="22395EB6" w14:textId="77777777">
        <w:trPr>
          <w:cantSplit/>
          <w:jc w:val="center"/>
        </w:trPr>
        <w:tc>
          <w:tcPr>
            <w:tcW w:w="5112" w:type="dxa"/>
            <w:shd w:val="clear" w:color="auto" w:fill="EAF4FC"/>
            <w:tcMar>
              <w:top w:w="70" w:type="dxa"/>
              <w:left w:w="100" w:type="dxa"/>
              <w:bottom w:w="60" w:type="dxa"/>
              <w:right w:w="100" w:type="dxa"/>
            </w:tcMar>
          </w:tcPr>
          <w:p w14:paraId="03391558" w14:textId="77777777" w:rsidR="0009741F" w:rsidRDefault="00423879">
            <w:pPr>
              <w:spacing w:after="60"/>
            </w:pPr>
            <w:r>
              <w:rPr>
                <w:b/>
              </w:rPr>
              <w:t>How the requested funds will be spent</w:t>
            </w:r>
          </w:p>
        </w:tc>
        <w:tc>
          <w:tcPr>
            <w:tcW w:w="5112" w:type="dxa"/>
            <w:shd w:val="clear" w:color="auto" w:fill="EAF4FC"/>
            <w:tcMar>
              <w:top w:w="70" w:type="dxa"/>
              <w:left w:w="100" w:type="dxa"/>
              <w:bottom w:w="60" w:type="dxa"/>
              <w:right w:w="100" w:type="dxa"/>
            </w:tcMar>
          </w:tcPr>
          <w:p w14:paraId="3FF48259" w14:textId="77777777" w:rsidR="0009741F" w:rsidRDefault="00423879">
            <w:pPr>
              <w:spacing w:after="60"/>
            </w:pPr>
            <w:r>
              <w:rPr>
                <w:b/>
              </w:rPr>
              <w:t>Project timeline and anticipated completion date</w:t>
            </w:r>
          </w:p>
        </w:tc>
      </w:tr>
      <w:tr w:rsidR="0009741F" w14:paraId="3457BBDF" w14:textId="77777777">
        <w:trPr>
          <w:cantSplit/>
          <w:jc w:val="center"/>
        </w:trPr>
        <w:tc>
          <w:tcPr>
            <w:tcW w:w="511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DF33673" w14:textId="77777777" w:rsidR="0009741F" w:rsidRDefault="00423879">
            <w:r>
              <w:br/>
            </w:r>
            <w:r>
              <w:br/>
            </w:r>
            <w:r>
              <w:br/>
            </w:r>
          </w:p>
        </w:tc>
        <w:tc>
          <w:tcPr>
            <w:tcW w:w="511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67C9472" w14:textId="77777777" w:rsidR="0009741F" w:rsidRDefault="00423879">
            <w:r>
              <w:br/>
            </w:r>
            <w:r>
              <w:br/>
            </w:r>
            <w:r>
              <w:br/>
            </w:r>
          </w:p>
        </w:tc>
      </w:tr>
    </w:tbl>
    <w:p w14:paraId="24CF276A" w14:textId="77777777" w:rsidR="00423879" w:rsidRDefault="00423879"/>
    <w:sectPr w:rsidR="00423879" w:rsidSect="00034616">
      <w:footerReference w:type="default" r:id="rId8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5EC6" w14:textId="77777777" w:rsidR="00423879" w:rsidRDefault="00423879">
      <w:pPr>
        <w:spacing w:after="0" w:line="240" w:lineRule="auto"/>
      </w:pPr>
      <w:r>
        <w:separator/>
      </w:r>
    </w:p>
  </w:endnote>
  <w:endnote w:type="continuationSeparator" w:id="0">
    <w:p w14:paraId="4F4DAE68" w14:textId="77777777" w:rsidR="00423879" w:rsidRDefault="00423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92FE" w14:textId="77777777" w:rsidR="009E3351" w:rsidRPr="009E3351" w:rsidRDefault="009E3351" w:rsidP="009E3351">
    <w:pPr>
      <w:pStyle w:val="Footer"/>
      <w:rPr>
        <w:color w:val="5A5A5A"/>
        <w:sz w:val="18"/>
      </w:rPr>
    </w:pPr>
    <w:r w:rsidRPr="009E3351">
      <w:rPr>
        <w:color w:val="5A5A5A"/>
        <w:sz w:val="18"/>
      </w:rPr>
      <w:t>Email submission: stclairwomen@gmail.com</w:t>
    </w:r>
  </w:p>
  <w:p w14:paraId="249BF115" w14:textId="6488861A" w:rsidR="009E3351" w:rsidRDefault="009E3351" w:rsidP="009E3351">
    <w:pPr>
      <w:pStyle w:val="Footer"/>
      <w:rPr>
        <w:color w:val="5A5A5A"/>
        <w:sz w:val="18"/>
      </w:rPr>
    </w:pPr>
    <w:r w:rsidRPr="009E3351">
      <w:rPr>
        <w:color w:val="5A5A5A"/>
        <w:sz w:val="18"/>
      </w:rPr>
      <w:t>Mail</w:t>
    </w:r>
    <w:r>
      <w:rPr>
        <w:color w:val="5A5A5A"/>
        <w:sz w:val="18"/>
      </w:rPr>
      <w:t xml:space="preserve"> in submission</w:t>
    </w:r>
    <w:r w:rsidRPr="009E3351">
      <w:rPr>
        <w:color w:val="5A5A5A"/>
        <w:sz w:val="18"/>
      </w:rPr>
      <w:t xml:space="preserve"> address: St. Clair Women’s League, PO Box 243, St. Clair, MI 48079</w:t>
    </w:r>
  </w:p>
  <w:p w14:paraId="183146FC" w14:textId="77777777" w:rsidR="009E3351" w:rsidRDefault="009E3351" w:rsidP="009E3351">
    <w:pPr>
      <w:pStyle w:val="Footer"/>
      <w:rPr>
        <w:color w:val="5A5A5A"/>
        <w:sz w:val="18"/>
      </w:rPr>
    </w:pPr>
  </w:p>
  <w:p w14:paraId="348B79E2" w14:textId="1B303CDF" w:rsidR="0009741F" w:rsidRDefault="00423879">
    <w:pPr>
      <w:pStyle w:val="Footer"/>
      <w:jc w:val="center"/>
    </w:pPr>
    <w:r>
      <w:rPr>
        <w:color w:val="5A5A5A"/>
        <w:sz w:val="18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9E3351">
      <w:rPr>
        <w:noProof/>
      </w:rPr>
      <w:t>1</w:t>
    </w:r>
    <w:r>
      <w:fldChar w:fldCharType="end"/>
    </w:r>
    <w:r>
      <w:rPr>
        <w:color w:val="5A5A5A"/>
        <w:sz w:val="18"/>
      </w:rPr>
      <w:t xml:space="preserve"> of </w:t>
    </w:r>
    <w:r>
      <w:fldChar w:fldCharType="begin"/>
    </w:r>
    <w:r>
      <w:instrText>NUMPAGES</w:instrText>
    </w:r>
    <w:r>
      <w:fldChar w:fldCharType="separate"/>
    </w:r>
    <w:r w:rsidR="009E335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5A037" w14:textId="77777777" w:rsidR="00423879" w:rsidRDefault="00423879">
      <w:pPr>
        <w:spacing w:after="0" w:line="240" w:lineRule="auto"/>
      </w:pPr>
      <w:r>
        <w:separator/>
      </w:r>
    </w:p>
  </w:footnote>
  <w:footnote w:type="continuationSeparator" w:id="0">
    <w:p w14:paraId="7B4DB1C3" w14:textId="77777777" w:rsidR="00423879" w:rsidRDefault="004238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7727819">
    <w:abstractNumId w:val="8"/>
  </w:num>
  <w:num w:numId="2" w16cid:durableId="1029719198">
    <w:abstractNumId w:val="6"/>
  </w:num>
  <w:num w:numId="3" w16cid:durableId="191723268">
    <w:abstractNumId w:val="5"/>
  </w:num>
  <w:num w:numId="4" w16cid:durableId="1456025392">
    <w:abstractNumId w:val="4"/>
  </w:num>
  <w:num w:numId="5" w16cid:durableId="649140503">
    <w:abstractNumId w:val="7"/>
  </w:num>
  <w:num w:numId="6" w16cid:durableId="944338661">
    <w:abstractNumId w:val="3"/>
  </w:num>
  <w:num w:numId="7" w16cid:durableId="1964341500">
    <w:abstractNumId w:val="2"/>
  </w:num>
  <w:num w:numId="8" w16cid:durableId="1198082082">
    <w:abstractNumId w:val="1"/>
  </w:num>
  <w:num w:numId="9" w16cid:durableId="1600329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FED"/>
    <w:rsid w:val="0006063C"/>
    <w:rsid w:val="0009741F"/>
    <w:rsid w:val="001453A8"/>
    <w:rsid w:val="0015074B"/>
    <w:rsid w:val="0029639D"/>
    <w:rsid w:val="00326F90"/>
    <w:rsid w:val="00423879"/>
    <w:rsid w:val="005C07AD"/>
    <w:rsid w:val="009E3351"/>
    <w:rsid w:val="00AA1D8D"/>
    <w:rsid w:val="00B47730"/>
    <w:rsid w:val="00C03B6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4C38B2"/>
  <w14:defaultImageDpi w14:val="300"/>
  <w15:docId w15:val="{10778048-76A5-4E2B-A8E4-EC91FEF1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Susan Bedard</cp:lastModifiedBy>
  <cp:revision>4</cp:revision>
  <dcterms:created xsi:type="dcterms:W3CDTF">2026-09-12T19:39:00Z</dcterms:created>
  <dcterms:modified xsi:type="dcterms:W3CDTF">2026-09-12T19:40:00Z</dcterms:modified>
  <cp:category/>
</cp:coreProperties>
</file>